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1034"/>
        <w:tblW w:w="14332" w:type="dxa"/>
        <w:tblLook w:val="04A0" w:firstRow="1" w:lastRow="0" w:firstColumn="1" w:lastColumn="0" w:noHBand="0" w:noVBand="1"/>
      </w:tblPr>
      <w:tblGrid>
        <w:gridCol w:w="2029"/>
        <w:gridCol w:w="2029"/>
        <w:gridCol w:w="2029"/>
        <w:gridCol w:w="2158"/>
        <w:gridCol w:w="2029"/>
        <w:gridCol w:w="2029"/>
        <w:gridCol w:w="2029"/>
      </w:tblGrid>
      <w:tr w:rsidR="00B22162" w:rsidRPr="00065C5B" w14:paraId="15A9B0A5" w14:textId="77777777" w:rsidTr="00B22162">
        <w:trPr>
          <w:trHeight w:val="139"/>
        </w:trPr>
        <w:tc>
          <w:tcPr>
            <w:tcW w:w="2029" w:type="dxa"/>
          </w:tcPr>
          <w:p w14:paraId="301C4FFF" w14:textId="77777777" w:rsidR="00B22162" w:rsidRPr="00065C5B" w:rsidRDefault="00B22162" w:rsidP="00B22162">
            <w:pPr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Week</w:t>
            </w:r>
          </w:p>
        </w:tc>
        <w:tc>
          <w:tcPr>
            <w:tcW w:w="2029" w:type="dxa"/>
          </w:tcPr>
          <w:p w14:paraId="4935BC6F" w14:textId="77777777" w:rsidR="00B22162" w:rsidRPr="00065C5B" w:rsidRDefault="00B22162" w:rsidP="00B22162">
            <w:pPr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Monday</w:t>
            </w:r>
          </w:p>
        </w:tc>
        <w:tc>
          <w:tcPr>
            <w:tcW w:w="2029" w:type="dxa"/>
          </w:tcPr>
          <w:p w14:paraId="2D8ABD26" w14:textId="77777777" w:rsidR="00B22162" w:rsidRPr="00065C5B" w:rsidRDefault="00B22162" w:rsidP="00B22162">
            <w:pPr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Tuesday</w:t>
            </w:r>
          </w:p>
        </w:tc>
        <w:tc>
          <w:tcPr>
            <w:tcW w:w="2158" w:type="dxa"/>
          </w:tcPr>
          <w:p w14:paraId="3E8737F1" w14:textId="77777777" w:rsidR="00B22162" w:rsidRPr="00065C5B" w:rsidRDefault="00B22162" w:rsidP="00B22162">
            <w:pPr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Wednesday</w:t>
            </w:r>
          </w:p>
        </w:tc>
        <w:tc>
          <w:tcPr>
            <w:tcW w:w="2029" w:type="dxa"/>
          </w:tcPr>
          <w:p w14:paraId="6479E9EC" w14:textId="77777777" w:rsidR="00B22162" w:rsidRPr="00065C5B" w:rsidRDefault="00B22162" w:rsidP="00B22162">
            <w:pPr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Thursday</w:t>
            </w:r>
          </w:p>
        </w:tc>
        <w:tc>
          <w:tcPr>
            <w:tcW w:w="2029" w:type="dxa"/>
          </w:tcPr>
          <w:p w14:paraId="340FE69D" w14:textId="77777777" w:rsidR="00B22162" w:rsidRPr="00065C5B" w:rsidRDefault="00B22162" w:rsidP="00B22162">
            <w:pPr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Friday</w:t>
            </w:r>
          </w:p>
        </w:tc>
        <w:tc>
          <w:tcPr>
            <w:tcW w:w="2029" w:type="dxa"/>
          </w:tcPr>
          <w:p w14:paraId="610EF3BE" w14:textId="77777777" w:rsidR="00B22162" w:rsidRPr="00065C5B" w:rsidRDefault="00B22162" w:rsidP="00B22162">
            <w:pPr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Saturday</w:t>
            </w:r>
          </w:p>
        </w:tc>
      </w:tr>
      <w:tr w:rsidR="00B22162" w:rsidRPr="00065C5B" w14:paraId="56ACE2F4" w14:textId="77777777" w:rsidTr="00B22162">
        <w:trPr>
          <w:trHeight w:val="437"/>
        </w:trPr>
        <w:tc>
          <w:tcPr>
            <w:tcW w:w="2029" w:type="dxa"/>
          </w:tcPr>
          <w:p w14:paraId="29EA5DA5" w14:textId="6CA8EC3D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Nov 14 - Nov 1</w:t>
            </w:r>
            <w:r w:rsidRPr="00065C5B">
              <w:rPr>
                <w:sz w:val="18"/>
                <w:szCs w:val="18"/>
              </w:rPr>
              <w:t>5</w:t>
            </w:r>
          </w:p>
        </w:tc>
        <w:tc>
          <w:tcPr>
            <w:tcW w:w="2029" w:type="dxa"/>
          </w:tcPr>
          <w:p w14:paraId="1F174328" w14:textId="77777777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9" w:type="dxa"/>
          </w:tcPr>
          <w:p w14:paraId="5A78228E" w14:textId="77777777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8" w:type="dxa"/>
          </w:tcPr>
          <w:p w14:paraId="4DD2974C" w14:textId="77777777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9" w:type="dxa"/>
          </w:tcPr>
          <w:p w14:paraId="2303262A" w14:textId="77777777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9" w:type="dxa"/>
          </w:tcPr>
          <w:p w14:paraId="4ADBCDC8" w14:textId="7AA2E303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Team Meeting</w:t>
            </w:r>
          </w:p>
        </w:tc>
        <w:tc>
          <w:tcPr>
            <w:tcW w:w="2029" w:type="dxa"/>
          </w:tcPr>
          <w:p w14:paraId="6D725828" w14:textId="6EEB3B49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Collar Tie Mastery</w:t>
            </w:r>
          </w:p>
        </w:tc>
      </w:tr>
      <w:tr w:rsidR="00B22162" w:rsidRPr="00065C5B" w14:paraId="05E88CB8" w14:textId="77777777" w:rsidTr="00B22162">
        <w:trPr>
          <w:trHeight w:val="437"/>
        </w:trPr>
        <w:tc>
          <w:tcPr>
            <w:tcW w:w="2029" w:type="dxa"/>
          </w:tcPr>
          <w:p w14:paraId="418B7E30" w14:textId="0445C8C8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</w:t>
            </w:r>
            <w:r w:rsidRPr="00065C5B">
              <w:rPr>
                <w:sz w:val="18"/>
                <w:szCs w:val="18"/>
              </w:rPr>
              <w:t xml:space="preserve">ov </w:t>
            </w:r>
            <w:r w:rsidRPr="00065C5B">
              <w:rPr>
                <w:sz w:val="18"/>
                <w:szCs w:val="18"/>
              </w:rPr>
              <w:t>17</w:t>
            </w:r>
            <w:r w:rsidRPr="00065C5B">
              <w:rPr>
                <w:sz w:val="18"/>
                <w:szCs w:val="18"/>
              </w:rPr>
              <w:t xml:space="preserve"> - Nov 2</w:t>
            </w:r>
            <w:r w:rsidRPr="00065C5B">
              <w:rPr>
                <w:sz w:val="18"/>
                <w:szCs w:val="18"/>
              </w:rPr>
              <w:t>2</w:t>
            </w:r>
          </w:p>
        </w:tc>
        <w:tc>
          <w:tcPr>
            <w:tcW w:w="2029" w:type="dxa"/>
          </w:tcPr>
          <w:p w14:paraId="74031698" w14:textId="77777777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Set</w:t>
            </w:r>
            <w:r w:rsidR="005E461B" w:rsidRPr="00065C5B">
              <w:rPr>
                <w:sz w:val="18"/>
                <w:szCs w:val="18"/>
              </w:rPr>
              <w:t>u</w:t>
            </w:r>
            <w:r w:rsidRPr="00065C5B">
              <w:rPr>
                <w:sz w:val="18"/>
                <w:szCs w:val="18"/>
              </w:rPr>
              <w:t>ps and Attacks</w:t>
            </w:r>
          </w:p>
          <w:p w14:paraId="1F74BF39" w14:textId="310D7B91" w:rsidR="0056310B" w:rsidRPr="00065C5B" w:rsidRDefault="0056310B" w:rsidP="00065C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9" w:type="dxa"/>
          </w:tcPr>
          <w:p w14:paraId="5CD8A1A2" w14:textId="729436A3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Defense</w:t>
            </w:r>
          </w:p>
        </w:tc>
        <w:tc>
          <w:tcPr>
            <w:tcW w:w="2158" w:type="dxa"/>
          </w:tcPr>
          <w:p w14:paraId="7DBD98F7" w14:textId="49895BBF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Over Tie Mastery</w:t>
            </w:r>
          </w:p>
        </w:tc>
        <w:tc>
          <w:tcPr>
            <w:tcW w:w="2029" w:type="dxa"/>
          </w:tcPr>
          <w:p w14:paraId="65619F91" w14:textId="77777777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 xml:space="preserve">Top </w:t>
            </w:r>
            <w:r w:rsidR="005E461B" w:rsidRPr="00065C5B">
              <w:rPr>
                <w:sz w:val="18"/>
                <w:szCs w:val="18"/>
              </w:rPr>
              <w:t>&amp;</w:t>
            </w:r>
            <w:r w:rsidRPr="00065C5B">
              <w:rPr>
                <w:sz w:val="18"/>
                <w:szCs w:val="18"/>
              </w:rPr>
              <w:t xml:space="preserve"> Bottom</w:t>
            </w:r>
          </w:p>
          <w:p w14:paraId="6DA2491E" w14:textId="079584ED" w:rsidR="0056310B" w:rsidRPr="00065C5B" w:rsidRDefault="0056310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Leg Riding Offense</w:t>
            </w:r>
          </w:p>
        </w:tc>
        <w:tc>
          <w:tcPr>
            <w:tcW w:w="2029" w:type="dxa"/>
          </w:tcPr>
          <w:p w14:paraId="290C4254" w14:textId="77777777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</w:t>
            </w:r>
          </w:p>
          <w:p w14:paraId="05DBFAD0" w14:textId="1605F49B" w:rsidR="005E7196" w:rsidRPr="00065C5B" w:rsidRDefault="005E7196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Technical Finishes</w:t>
            </w:r>
          </w:p>
        </w:tc>
        <w:tc>
          <w:tcPr>
            <w:tcW w:w="2029" w:type="dxa"/>
          </w:tcPr>
          <w:p w14:paraId="6331BB3A" w14:textId="509DC1FF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Scrimmage Wauseon</w:t>
            </w:r>
          </w:p>
        </w:tc>
      </w:tr>
      <w:tr w:rsidR="00B22162" w:rsidRPr="00065C5B" w14:paraId="48325737" w14:textId="77777777" w:rsidTr="00B22162">
        <w:trPr>
          <w:trHeight w:val="446"/>
        </w:trPr>
        <w:tc>
          <w:tcPr>
            <w:tcW w:w="2029" w:type="dxa"/>
          </w:tcPr>
          <w:p w14:paraId="456B30DB" w14:textId="3517A338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 xml:space="preserve">Nov </w:t>
            </w:r>
            <w:r w:rsidRPr="00065C5B">
              <w:rPr>
                <w:sz w:val="18"/>
                <w:szCs w:val="18"/>
              </w:rPr>
              <w:t>24</w:t>
            </w:r>
            <w:r w:rsidRPr="00065C5B">
              <w:rPr>
                <w:sz w:val="18"/>
                <w:szCs w:val="18"/>
              </w:rPr>
              <w:t xml:space="preserve">- </w:t>
            </w:r>
            <w:r w:rsidRPr="00065C5B">
              <w:rPr>
                <w:sz w:val="18"/>
                <w:szCs w:val="18"/>
              </w:rPr>
              <w:t>Nov 29</w:t>
            </w:r>
          </w:p>
        </w:tc>
        <w:tc>
          <w:tcPr>
            <w:tcW w:w="2029" w:type="dxa"/>
          </w:tcPr>
          <w:p w14:paraId="3714BEAF" w14:textId="77777777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Bundle Series Mastery</w:t>
            </w:r>
          </w:p>
          <w:p w14:paraId="3C3E1C5F" w14:textId="7A85FE7A" w:rsidR="00295704" w:rsidRPr="00065C5B" w:rsidRDefault="00295704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Leg Riding Offense</w:t>
            </w:r>
          </w:p>
        </w:tc>
        <w:tc>
          <w:tcPr>
            <w:tcW w:w="2029" w:type="dxa"/>
          </w:tcPr>
          <w:p w14:paraId="35D3480C" w14:textId="03B25F59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 &amp; Neutral Defense</w:t>
            </w:r>
          </w:p>
        </w:tc>
        <w:tc>
          <w:tcPr>
            <w:tcW w:w="2158" w:type="dxa"/>
          </w:tcPr>
          <w:p w14:paraId="057FBE8B" w14:textId="2ACFA0EB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Combined Practice</w:t>
            </w:r>
          </w:p>
        </w:tc>
        <w:tc>
          <w:tcPr>
            <w:tcW w:w="2029" w:type="dxa"/>
          </w:tcPr>
          <w:p w14:paraId="10BD873B" w14:textId="08CBF975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Off</w:t>
            </w:r>
          </w:p>
        </w:tc>
        <w:tc>
          <w:tcPr>
            <w:tcW w:w="2029" w:type="dxa"/>
          </w:tcPr>
          <w:p w14:paraId="51F9A6C4" w14:textId="7668757E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Netural offense &amp; Neutral Defense</w:t>
            </w:r>
          </w:p>
        </w:tc>
        <w:tc>
          <w:tcPr>
            <w:tcW w:w="2029" w:type="dxa"/>
          </w:tcPr>
          <w:p w14:paraId="717FA037" w14:textId="464271BF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Scrimmage @ Maumee</w:t>
            </w:r>
          </w:p>
        </w:tc>
      </w:tr>
      <w:tr w:rsidR="00B22162" w:rsidRPr="00065C5B" w14:paraId="00E686A3" w14:textId="77777777" w:rsidTr="00B22162">
        <w:trPr>
          <w:trHeight w:val="437"/>
        </w:trPr>
        <w:tc>
          <w:tcPr>
            <w:tcW w:w="2029" w:type="dxa"/>
          </w:tcPr>
          <w:p w14:paraId="4E48AEEC" w14:textId="7D9FFD5A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 xml:space="preserve">Dec </w:t>
            </w:r>
            <w:r w:rsidRPr="00065C5B">
              <w:rPr>
                <w:sz w:val="18"/>
                <w:szCs w:val="18"/>
              </w:rPr>
              <w:t>01</w:t>
            </w:r>
            <w:r w:rsidRPr="00065C5B">
              <w:rPr>
                <w:sz w:val="18"/>
                <w:szCs w:val="18"/>
              </w:rPr>
              <w:t xml:space="preserve"> - Dec </w:t>
            </w:r>
            <w:r w:rsidRPr="00065C5B">
              <w:rPr>
                <w:sz w:val="18"/>
                <w:szCs w:val="18"/>
              </w:rPr>
              <w:t>06</w:t>
            </w:r>
          </w:p>
        </w:tc>
        <w:tc>
          <w:tcPr>
            <w:tcW w:w="2029" w:type="dxa"/>
          </w:tcPr>
          <w:p w14:paraId="556B7AAF" w14:textId="11008B41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Setups and Attacks</w:t>
            </w:r>
          </w:p>
        </w:tc>
        <w:tc>
          <w:tcPr>
            <w:tcW w:w="2029" w:type="dxa"/>
          </w:tcPr>
          <w:p w14:paraId="174E7B72" w14:textId="43B13392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</w:t>
            </w:r>
          </w:p>
        </w:tc>
        <w:tc>
          <w:tcPr>
            <w:tcW w:w="2158" w:type="dxa"/>
          </w:tcPr>
          <w:p w14:paraId="38E27F29" w14:textId="3E6E1C23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Collar Tie Mastery</w:t>
            </w:r>
          </w:p>
        </w:tc>
        <w:tc>
          <w:tcPr>
            <w:tcW w:w="2029" w:type="dxa"/>
          </w:tcPr>
          <w:p w14:paraId="64350AF4" w14:textId="0616FE43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Top &amp; Bottom</w:t>
            </w:r>
          </w:p>
        </w:tc>
        <w:tc>
          <w:tcPr>
            <w:tcW w:w="2029" w:type="dxa"/>
          </w:tcPr>
          <w:p w14:paraId="61F22248" w14:textId="289EF39B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  <w:tc>
          <w:tcPr>
            <w:tcW w:w="2029" w:type="dxa"/>
          </w:tcPr>
          <w:p w14:paraId="211A16B9" w14:textId="53CF6261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</w:tr>
      <w:tr w:rsidR="00B22162" w:rsidRPr="00065C5B" w14:paraId="1CD0A0A4" w14:textId="77777777" w:rsidTr="00B22162">
        <w:trPr>
          <w:trHeight w:val="437"/>
        </w:trPr>
        <w:tc>
          <w:tcPr>
            <w:tcW w:w="2029" w:type="dxa"/>
          </w:tcPr>
          <w:p w14:paraId="26C7BD02" w14:textId="6FD3E31B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 xml:space="preserve">Dec </w:t>
            </w:r>
            <w:r w:rsidRPr="00065C5B">
              <w:rPr>
                <w:sz w:val="18"/>
                <w:szCs w:val="18"/>
              </w:rPr>
              <w:t>08</w:t>
            </w:r>
            <w:r w:rsidRPr="00065C5B">
              <w:rPr>
                <w:sz w:val="18"/>
                <w:szCs w:val="18"/>
              </w:rPr>
              <w:t xml:space="preserve"> - Dec 1</w:t>
            </w:r>
            <w:r w:rsidRPr="00065C5B">
              <w:rPr>
                <w:sz w:val="18"/>
                <w:szCs w:val="18"/>
              </w:rPr>
              <w:t>3</w:t>
            </w:r>
          </w:p>
        </w:tc>
        <w:tc>
          <w:tcPr>
            <w:tcW w:w="2029" w:type="dxa"/>
          </w:tcPr>
          <w:p w14:paraId="57AACC7E" w14:textId="66AB4053" w:rsidR="00B22162" w:rsidRPr="00065C5B" w:rsidRDefault="00B745B3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 &amp; Neutral Defense</w:t>
            </w:r>
          </w:p>
        </w:tc>
        <w:tc>
          <w:tcPr>
            <w:tcW w:w="2029" w:type="dxa"/>
          </w:tcPr>
          <w:p w14:paraId="4E73F027" w14:textId="360F3D64" w:rsidR="00B22162" w:rsidRPr="00065C5B" w:rsidRDefault="00B745B3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Top &amp; Bottom</w:t>
            </w:r>
          </w:p>
        </w:tc>
        <w:tc>
          <w:tcPr>
            <w:tcW w:w="2158" w:type="dxa"/>
          </w:tcPr>
          <w:p w14:paraId="50D0D964" w14:textId="21EB2CB5" w:rsidR="00B22162" w:rsidRPr="00065C5B" w:rsidRDefault="005D1218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  <w:tc>
          <w:tcPr>
            <w:tcW w:w="2029" w:type="dxa"/>
          </w:tcPr>
          <w:p w14:paraId="7730A745" w14:textId="4B8AABBC" w:rsidR="00B22162" w:rsidRPr="00065C5B" w:rsidRDefault="00895A45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Light Play Wrestling</w:t>
            </w:r>
          </w:p>
        </w:tc>
        <w:tc>
          <w:tcPr>
            <w:tcW w:w="2029" w:type="dxa"/>
          </w:tcPr>
          <w:p w14:paraId="208DE905" w14:textId="717F056C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  <w:tc>
          <w:tcPr>
            <w:tcW w:w="2029" w:type="dxa"/>
          </w:tcPr>
          <w:p w14:paraId="7F312E78" w14:textId="136DA669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</w:tr>
      <w:tr w:rsidR="00B22162" w:rsidRPr="00065C5B" w14:paraId="6086E9E7" w14:textId="77777777" w:rsidTr="00B22162">
        <w:trPr>
          <w:trHeight w:val="532"/>
        </w:trPr>
        <w:tc>
          <w:tcPr>
            <w:tcW w:w="2029" w:type="dxa"/>
          </w:tcPr>
          <w:p w14:paraId="0AAF6E8D" w14:textId="3CBC12A2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 xml:space="preserve">Dec </w:t>
            </w:r>
            <w:r w:rsidRPr="00065C5B">
              <w:rPr>
                <w:sz w:val="18"/>
                <w:szCs w:val="18"/>
              </w:rPr>
              <w:t>15</w:t>
            </w:r>
            <w:r w:rsidRPr="00065C5B">
              <w:rPr>
                <w:sz w:val="18"/>
                <w:szCs w:val="18"/>
              </w:rPr>
              <w:t xml:space="preserve"> - Dec 2</w:t>
            </w:r>
            <w:r w:rsidRPr="00065C5B">
              <w:rPr>
                <w:sz w:val="18"/>
                <w:szCs w:val="18"/>
              </w:rPr>
              <w:t>0</w:t>
            </w:r>
          </w:p>
        </w:tc>
        <w:tc>
          <w:tcPr>
            <w:tcW w:w="2029" w:type="dxa"/>
          </w:tcPr>
          <w:p w14:paraId="0730C8D4" w14:textId="6D44E676" w:rsidR="00B22162" w:rsidRPr="00065C5B" w:rsidRDefault="00895A45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Netural Offense</w:t>
            </w:r>
            <w:r w:rsidR="00D568D8" w:rsidRPr="00065C5B">
              <w:rPr>
                <w:sz w:val="18"/>
                <w:szCs w:val="18"/>
              </w:rPr>
              <w:t xml:space="preserve"> &amp; Neutral Defense</w:t>
            </w:r>
          </w:p>
        </w:tc>
        <w:tc>
          <w:tcPr>
            <w:tcW w:w="2029" w:type="dxa"/>
          </w:tcPr>
          <w:p w14:paraId="759529EE" w14:textId="4BB5C101" w:rsidR="00B22162" w:rsidRPr="00065C5B" w:rsidRDefault="00D568D8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Top &amp; Bottom</w:t>
            </w:r>
          </w:p>
        </w:tc>
        <w:tc>
          <w:tcPr>
            <w:tcW w:w="2158" w:type="dxa"/>
          </w:tcPr>
          <w:p w14:paraId="76768326" w14:textId="56F42B0D" w:rsidR="00B22162" w:rsidRPr="00065C5B" w:rsidRDefault="00D568D8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 &amp; Neutral Defense</w:t>
            </w:r>
          </w:p>
        </w:tc>
        <w:tc>
          <w:tcPr>
            <w:tcW w:w="2029" w:type="dxa"/>
          </w:tcPr>
          <w:p w14:paraId="3B923407" w14:textId="02A87BC5" w:rsidR="00B22162" w:rsidRPr="00065C5B" w:rsidRDefault="0080769A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Setups and attacks</w:t>
            </w:r>
          </w:p>
        </w:tc>
        <w:tc>
          <w:tcPr>
            <w:tcW w:w="2029" w:type="dxa"/>
          </w:tcPr>
          <w:p w14:paraId="72E2C7AF" w14:textId="177683F2" w:rsidR="00B22162" w:rsidRPr="00065C5B" w:rsidRDefault="00CC1727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Collar Tie Mastery</w:t>
            </w:r>
          </w:p>
        </w:tc>
        <w:tc>
          <w:tcPr>
            <w:tcW w:w="2029" w:type="dxa"/>
          </w:tcPr>
          <w:p w14:paraId="011367EF" w14:textId="2F366581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Off</w:t>
            </w:r>
          </w:p>
        </w:tc>
      </w:tr>
      <w:tr w:rsidR="00B22162" w:rsidRPr="00065C5B" w14:paraId="36DB720A" w14:textId="77777777" w:rsidTr="00065C5B">
        <w:trPr>
          <w:trHeight w:val="593"/>
        </w:trPr>
        <w:tc>
          <w:tcPr>
            <w:tcW w:w="2029" w:type="dxa"/>
          </w:tcPr>
          <w:p w14:paraId="32C837F5" w14:textId="7A00FB6A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 xml:space="preserve">Dec </w:t>
            </w:r>
            <w:r w:rsidRPr="00065C5B">
              <w:rPr>
                <w:sz w:val="18"/>
                <w:szCs w:val="18"/>
              </w:rPr>
              <w:t>22</w:t>
            </w:r>
            <w:r w:rsidRPr="00065C5B">
              <w:rPr>
                <w:sz w:val="18"/>
                <w:szCs w:val="18"/>
              </w:rPr>
              <w:t xml:space="preserve"> - Dec </w:t>
            </w:r>
            <w:r w:rsidRPr="00065C5B">
              <w:rPr>
                <w:sz w:val="18"/>
                <w:szCs w:val="18"/>
              </w:rPr>
              <w:t>28</w:t>
            </w:r>
          </w:p>
        </w:tc>
        <w:tc>
          <w:tcPr>
            <w:tcW w:w="2029" w:type="dxa"/>
          </w:tcPr>
          <w:p w14:paraId="46178CAB" w14:textId="4A4562BE" w:rsidR="00B22162" w:rsidRPr="00065C5B" w:rsidRDefault="000F79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Top &amp; Bottom</w:t>
            </w:r>
          </w:p>
        </w:tc>
        <w:tc>
          <w:tcPr>
            <w:tcW w:w="2029" w:type="dxa"/>
          </w:tcPr>
          <w:p w14:paraId="107C4DB9" w14:textId="2A41FA7E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Off</w:t>
            </w:r>
          </w:p>
        </w:tc>
        <w:tc>
          <w:tcPr>
            <w:tcW w:w="2158" w:type="dxa"/>
          </w:tcPr>
          <w:p w14:paraId="0BBE5E45" w14:textId="19159393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Off</w:t>
            </w:r>
          </w:p>
        </w:tc>
        <w:tc>
          <w:tcPr>
            <w:tcW w:w="2029" w:type="dxa"/>
          </w:tcPr>
          <w:p w14:paraId="2133290D" w14:textId="541F04B5" w:rsidR="00B22162" w:rsidRPr="00065C5B" w:rsidRDefault="00A03668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 &amp; Neutral Defense</w:t>
            </w:r>
          </w:p>
        </w:tc>
        <w:tc>
          <w:tcPr>
            <w:tcW w:w="2029" w:type="dxa"/>
          </w:tcPr>
          <w:p w14:paraId="610D423A" w14:textId="77777777" w:rsidR="00295704" w:rsidRPr="00065C5B" w:rsidRDefault="00295704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Leg riding Offense</w:t>
            </w:r>
          </w:p>
          <w:p w14:paraId="42BAA31A" w14:textId="35D68700" w:rsidR="00295704" w:rsidRPr="00065C5B" w:rsidRDefault="00295704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Bundle Series mastery</w:t>
            </w:r>
          </w:p>
        </w:tc>
        <w:tc>
          <w:tcPr>
            <w:tcW w:w="2029" w:type="dxa"/>
          </w:tcPr>
          <w:p w14:paraId="0D0FEBF3" w14:textId="58CB6C3C" w:rsidR="00B22162" w:rsidRPr="00065C5B" w:rsidRDefault="00295704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 &amp; N</w:t>
            </w:r>
            <w:r w:rsidR="00BC1348" w:rsidRPr="00065C5B">
              <w:rPr>
                <w:sz w:val="18"/>
                <w:szCs w:val="18"/>
              </w:rPr>
              <w:t>eutral Defense</w:t>
            </w:r>
          </w:p>
        </w:tc>
      </w:tr>
      <w:tr w:rsidR="00B22162" w:rsidRPr="00065C5B" w14:paraId="418BB4B7" w14:textId="77777777" w:rsidTr="00065C5B">
        <w:trPr>
          <w:trHeight w:val="530"/>
        </w:trPr>
        <w:tc>
          <w:tcPr>
            <w:tcW w:w="2029" w:type="dxa"/>
          </w:tcPr>
          <w:p w14:paraId="1BB2BC48" w14:textId="180C6BB5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Dec 29 – Jan 4</w:t>
            </w:r>
          </w:p>
        </w:tc>
        <w:tc>
          <w:tcPr>
            <w:tcW w:w="2029" w:type="dxa"/>
          </w:tcPr>
          <w:p w14:paraId="32EDD70C" w14:textId="7009B11C" w:rsidR="00B22162" w:rsidRPr="00065C5B" w:rsidRDefault="00991734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  <w:tc>
          <w:tcPr>
            <w:tcW w:w="2029" w:type="dxa"/>
          </w:tcPr>
          <w:p w14:paraId="695FA65F" w14:textId="7D3F550B" w:rsidR="00B22162" w:rsidRPr="00065C5B" w:rsidRDefault="00991734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  <w:tc>
          <w:tcPr>
            <w:tcW w:w="2158" w:type="dxa"/>
          </w:tcPr>
          <w:p w14:paraId="3B1915AF" w14:textId="77777777" w:rsidR="00B22162" w:rsidRPr="00065C5B" w:rsidRDefault="00B128D5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Light Play Wrestling</w:t>
            </w:r>
          </w:p>
          <w:p w14:paraId="157E8180" w14:textId="2B5FC160" w:rsidR="00B128D5" w:rsidRPr="00065C5B" w:rsidRDefault="00B128D5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Review</w:t>
            </w:r>
          </w:p>
        </w:tc>
        <w:tc>
          <w:tcPr>
            <w:tcW w:w="2029" w:type="dxa"/>
          </w:tcPr>
          <w:p w14:paraId="313AD010" w14:textId="39185B44" w:rsidR="00B22162" w:rsidRPr="00065C5B" w:rsidRDefault="00B709F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Top &amp; Bottom</w:t>
            </w:r>
          </w:p>
        </w:tc>
        <w:tc>
          <w:tcPr>
            <w:tcW w:w="2029" w:type="dxa"/>
          </w:tcPr>
          <w:p w14:paraId="7234C397" w14:textId="77777777" w:rsidR="00B22162" w:rsidRPr="00065C5B" w:rsidRDefault="00537FE9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</w:t>
            </w:r>
          </w:p>
          <w:p w14:paraId="384CB102" w14:textId="1BF88B24" w:rsidR="00537FE9" w:rsidRPr="00065C5B" w:rsidRDefault="00537FE9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Defense</w:t>
            </w:r>
          </w:p>
        </w:tc>
        <w:tc>
          <w:tcPr>
            <w:tcW w:w="2029" w:type="dxa"/>
          </w:tcPr>
          <w:p w14:paraId="712F603B" w14:textId="25D42C21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Off</w:t>
            </w:r>
          </w:p>
        </w:tc>
      </w:tr>
      <w:tr w:rsidR="00B22162" w:rsidRPr="00065C5B" w14:paraId="685EC7D2" w14:textId="77777777" w:rsidTr="00B22162">
        <w:trPr>
          <w:trHeight w:val="532"/>
        </w:trPr>
        <w:tc>
          <w:tcPr>
            <w:tcW w:w="2029" w:type="dxa"/>
          </w:tcPr>
          <w:p w14:paraId="27A09EEF" w14:textId="59A4F736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 xml:space="preserve">Jan </w:t>
            </w:r>
            <w:r w:rsidRPr="00065C5B">
              <w:rPr>
                <w:sz w:val="18"/>
                <w:szCs w:val="18"/>
              </w:rPr>
              <w:t>05</w:t>
            </w:r>
            <w:r w:rsidRPr="00065C5B">
              <w:rPr>
                <w:sz w:val="18"/>
                <w:szCs w:val="18"/>
              </w:rPr>
              <w:t xml:space="preserve"> - Jan 1</w:t>
            </w:r>
            <w:r w:rsidRPr="00065C5B">
              <w:rPr>
                <w:sz w:val="18"/>
                <w:szCs w:val="18"/>
              </w:rPr>
              <w:t>1</w:t>
            </w:r>
          </w:p>
        </w:tc>
        <w:tc>
          <w:tcPr>
            <w:tcW w:w="2029" w:type="dxa"/>
          </w:tcPr>
          <w:p w14:paraId="57FDF11E" w14:textId="5FA9BEB2" w:rsidR="00B22162" w:rsidRPr="00065C5B" w:rsidRDefault="004612EF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</w:t>
            </w:r>
          </w:p>
        </w:tc>
        <w:tc>
          <w:tcPr>
            <w:tcW w:w="2029" w:type="dxa"/>
          </w:tcPr>
          <w:p w14:paraId="4417F1E0" w14:textId="65702CF9" w:rsidR="00B22162" w:rsidRPr="00065C5B" w:rsidRDefault="004612EF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Defense</w:t>
            </w:r>
          </w:p>
        </w:tc>
        <w:tc>
          <w:tcPr>
            <w:tcW w:w="2158" w:type="dxa"/>
          </w:tcPr>
          <w:p w14:paraId="65A70061" w14:textId="38C99805" w:rsidR="00B22162" w:rsidRPr="00065C5B" w:rsidRDefault="00F449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Top &amp; Bottom</w:t>
            </w:r>
          </w:p>
        </w:tc>
        <w:tc>
          <w:tcPr>
            <w:tcW w:w="2029" w:type="dxa"/>
          </w:tcPr>
          <w:p w14:paraId="52C6798E" w14:textId="5724B9CF" w:rsidR="00B22162" w:rsidRPr="00065C5B" w:rsidRDefault="005843C8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Light Play Wrestling</w:t>
            </w:r>
          </w:p>
        </w:tc>
        <w:tc>
          <w:tcPr>
            <w:tcW w:w="2029" w:type="dxa"/>
          </w:tcPr>
          <w:p w14:paraId="23322124" w14:textId="5141D884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  <w:tc>
          <w:tcPr>
            <w:tcW w:w="2029" w:type="dxa"/>
          </w:tcPr>
          <w:p w14:paraId="552E32C6" w14:textId="28162259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</w:tr>
      <w:tr w:rsidR="00B22162" w:rsidRPr="00065C5B" w14:paraId="7F7F83CA" w14:textId="77777777" w:rsidTr="00B22162">
        <w:trPr>
          <w:trHeight w:val="595"/>
        </w:trPr>
        <w:tc>
          <w:tcPr>
            <w:tcW w:w="2029" w:type="dxa"/>
          </w:tcPr>
          <w:p w14:paraId="1724A0BA" w14:textId="02D701F6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Jan 1</w:t>
            </w:r>
            <w:r w:rsidRPr="00065C5B">
              <w:rPr>
                <w:sz w:val="18"/>
                <w:szCs w:val="18"/>
              </w:rPr>
              <w:t>2</w:t>
            </w:r>
            <w:r w:rsidRPr="00065C5B">
              <w:rPr>
                <w:sz w:val="18"/>
                <w:szCs w:val="18"/>
              </w:rPr>
              <w:t xml:space="preserve"> - Jan </w:t>
            </w:r>
            <w:r w:rsidRPr="00065C5B">
              <w:rPr>
                <w:sz w:val="18"/>
                <w:szCs w:val="18"/>
              </w:rPr>
              <w:t>18</w:t>
            </w:r>
          </w:p>
        </w:tc>
        <w:tc>
          <w:tcPr>
            <w:tcW w:w="2029" w:type="dxa"/>
          </w:tcPr>
          <w:p w14:paraId="33B9C931" w14:textId="77777777" w:rsidR="00B22162" w:rsidRPr="00065C5B" w:rsidRDefault="005843C8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Setups and Attack</w:t>
            </w:r>
          </w:p>
          <w:p w14:paraId="7336C673" w14:textId="2F7C6CF9" w:rsidR="005843C8" w:rsidRPr="00065C5B" w:rsidRDefault="005843C8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Review</w:t>
            </w:r>
          </w:p>
        </w:tc>
        <w:tc>
          <w:tcPr>
            <w:tcW w:w="2029" w:type="dxa"/>
          </w:tcPr>
          <w:p w14:paraId="1768238A" w14:textId="656ACD1F" w:rsidR="00B22162" w:rsidRPr="00065C5B" w:rsidRDefault="005843C8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 xml:space="preserve">Neutral offense </w:t>
            </w:r>
            <w:r w:rsidR="00DB281B" w:rsidRPr="00065C5B">
              <w:rPr>
                <w:sz w:val="18"/>
                <w:szCs w:val="18"/>
              </w:rPr>
              <w:t>Neutral Defense</w:t>
            </w:r>
          </w:p>
        </w:tc>
        <w:tc>
          <w:tcPr>
            <w:tcW w:w="2158" w:type="dxa"/>
          </w:tcPr>
          <w:p w14:paraId="11281F0E" w14:textId="41E1E00B" w:rsidR="00B22162" w:rsidRPr="00065C5B" w:rsidRDefault="00DB28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Top &amp; Bottom</w:t>
            </w:r>
          </w:p>
        </w:tc>
        <w:tc>
          <w:tcPr>
            <w:tcW w:w="2029" w:type="dxa"/>
          </w:tcPr>
          <w:p w14:paraId="4B3C1F39" w14:textId="12FFC97B" w:rsidR="00B22162" w:rsidRPr="00065C5B" w:rsidRDefault="00DB28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Collar Tie Mastery</w:t>
            </w:r>
          </w:p>
        </w:tc>
        <w:tc>
          <w:tcPr>
            <w:tcW w:w="2029" w:type="dxa"/>
          </w:tcPr>
          <w:p w14:paraId="5C869DF4" w14:textId="7CA4857E" w:rsidR="00B22162" w:rsidRPr="00065C5B" w:rsidRDefault="00E108E6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Leg Riding Offense</w:t>
            </w:r>
          </w:p>
        </w:tc>
        <w:tc>
          <w:tcPr>
            <w:tcW w:w="2029" w:type="dxa"/>
          </w:tcPr>
          <w:p w14:paraId="33668816" w14:textId="3F81EDB9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Off</w:t>
            </w:r>
          </w:p>
        </w:tc>
      </w:tr>
      <w:tr w:rsidR="00B22162" w:rsidRPr="00065C5B" w14:paraId="165B667A" w14:textId="77777777" w:rsidTr="00B22162">
        <w:trPr>
          <w:trHeight w:val="625"/>
        </w:trPr>
        <w:tc>
          <w:tcPr>
            <w:tcW w:w="2029" w:type="dxa"/>
          </w:tcPr>
          <w:p w14:paraId="59EFC761" w14:textId="4E59FFD9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 xml:space="preserve">Jan </w:t>
            </w:r>
            <w:r w:rsidRPr="00065C5B">
              <w:rPr>
                <w:sz w:val="18"/>
                <w:szCs w:val="18"/>
              </w:rPr>
              <w:t>19</w:t>
            </w:r>
            <w:r w:rsidRPr="00065C5B">
              <w:rPr>
                <w:sz w:val="18"/>
                <w:szCs w:val="18"/>
              </w:rPr>
              <w:t xml:space="preserve"> - Jan 2</w:t>
            </w:r>
            <w:r w:rsidRPr="00065C5B">
              <w:rPr>
                <w:sz w:val="18"/>
                <w:szCs w:val="18"/>
              </w:rPr>
              <w:t>5</w:t>
            </w:r>
          </w:p>
        </w:tc>
        <w:tc>
          <w:tcPr>
            <w:tcW w:w="2029" w:type="dxa"/>
          </w:tcPr>
          <w:p w14:paraId="5EC0BCC3" w14:textId="2DD20616" w:rsidR="00B22162" w:rsidRPr="00065C5B" w:rsidRDefault="00993740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 &amp; Neutral Defense</w:t>
            </w:r>
          </w:p>
        </w:tc>
        <w:tc>
          <w:tcPr>
            <w:tcW w:w="2029" w:type="dxa"/>
          </w:tcPr>
          <w:p w14:paraId="23166D97" w14:textId="2C90D2F7" w:rsidR="00B22162" w:rsidRPr="00065C5B" w:rsidRDefault="00B96C25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 &amp; Neutral Defense</w:t>
            </w:r>
          </w:p>
        </w:tc>
        <w:tc>
          <w:tcPr>
            <w:tcW w:w="2158" w:type="dxa"/>
          </w:tcPr>
          <w:p w14:paraId="2E771126" w14:textId="0BAE1E6E" w:rsidR="00B22162" w:rsidRPr="00065C5B" w:rsidRDefault="00B96C25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Top &amp; Bottom</w:t>
            </w:r>
          </w:p>
        </w:tc>
        <w:tc>
          <w:tcPr>
            <w:tcW w:w="2029" w:type="dxa"/>
          </w:tcPr>
          <w:p w14:paraId="28D9A9BC" w14:textId="12167FF1" w:rsidR="00B22162" w:rsidRPr="00065C5B" w:rsidRDefault="00B96C25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Light play wrestling</w:t>
            </w:r>
          </w:p>
        </w:tc>
        <w:tc>
          <w:tcPr>
            <w:tcW w:w="2029" w:type="dxa"/>
          </w:tcPr>
          <w:p w14:paraId="41515D59" w14:textId="4110DFD0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  <w:tc>
          <w:tcPr>
            <w:tcW w:w="2029" w:type="dxa"/>
          </w:tcPr>
          <w:p w14:paraId="6977072E" w14:textId="6DA540B8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</w:tr>
      <w:tr w:rsidR="00B22162" w:rsidRPr="00065C5B" w14:paraId="649A7C0F" w14:textId="77777777" w:rsidTr="00B22162">
        <w:trPr>
          <w:trHeight w:val="643"/>
        </w:trPr>
        <w:tc>
          <w:tcPr>
            <w:tcW w:w="2029" w:type="dxa"/>
          </w:tcPr>
          <w:p w14:paraId="4B7705F9" w14:textId="1FAFF0E3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 xml:space="preserve">Jan </w:t>
            </w:r>
            <w:r w:rsidRPr="00065C5B">
              <w:rPr>
                <w:sz w:val="18"/>
                <w:szCs w:val="18"/>
              </w:rPr>
              <w:t>26</w:t>
            </w:r>
            <w:r w:rsidRPr="00065C5B">
              <w:rPr>
                <w:sz w:val="18"/>
                <w:szCs w:val="18"/>
              </w:rPr>
              <w:t xml:space="preserve"> - Feb 0</w:t>
            </w:r>
            <w:r w:rsidRPr="00065C5B">
              <w:rPr>
                <w:sz w:val="18"/>
                <w:szCs w:val="18"/>
              </w:rPr>
              <w:t>1</w:t>
            </w:r>
          </w:p>
        </w:tc>
        <w:tc>
          <w:tcPr>
            <w:tcW w:w="2029" w:type="dxa"/>
          </w:tcPr>
          <w:p w14:paraId="302D0F61" w14:textId="02BC3987" w:rsidR="00B22162" w:rsidRPr="00065C5B" w:rsidRDefault="00027FDE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 &amp; Neutral Defense</w:t>
            </w:r>
          </w:p>
        </w:tc>
        <w:tc>
          <w:tcPr>
            <w:tcW w:w="2029" w:type="dxa"/>
          </w:tcPr>
          <w:p w14:paraId="4BB3C19F" w14:textId="6638A57D" w:rsidR="00B22162" w:rsidRPr="00065C5B" w:rsidRDefault="00027FDE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Top &amp; Bottom</w:t>
            </w:r>
          </w:p>
        </w:tc>
        <w:tc>
          <w:tcPr>
            <w:tcW w:w="2158" w:type="dxa"/>
          </w:tcPr>
          <w:p w14:paraId="4A17D23E" w14:textId="21444365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  <w:tc>
          <w:tcPr>
            <w:tcW w:w="2029" w:type="dxa"/>
          </w:tcPr>
          <w:p w14:paraId="0EE97A6E" w14:textId="7065CB07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  <w:tc>
          <w:tcPr>
            <w:tcW w:w="2029" w:type="dxa"/>
          </w:tcPr>
          <w:p w14:paraId="2E0A82A3" w14:textId="03F043CD" w:rsidR="00B22162" w:rsidRPr="00065C5B" w:rsidRDefault="00027FDE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Light Play Wrestling</w:t>
            </w:r>
          </w:p>
        </w:tc>
        <w:tc>
          <w:tcPr>
            <w:tcW w:w="2029" w:type="dxa"/>
          </w:tcPr>
          <w:p w14:paraId="6442754A" w14:textId="0D70FD3F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Off</w:t>
            </w:r>
          </w:p>
        </w:tc>
      </w:tr>
      <w:tr w:rsidR="00B22162" w:rsidRPr="00065C5B" w14:paraId="158541E0" w14:textId="77777777" w:rsidTr="005E461B">
        <w:trPr>
          <w:trHeight w:val="512"/>
        </w:trPr>
        <w:tc>
          <w:tcPr>
            <w:tcW w:w="2029" w:type="dxa"/>
          </w:tcPr>
          <w:p w14:paraId="15964609" w14:textId="7FA20C0C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Feb 0</w:t>
            </w:r>
            <w:r w:rsidRPr="00065C5B">
              <w:rPr>
                <w:sz w:val="18"/>
                <w:szCs w:val="18"/>
              </w:rPr>
              <w:t>2</w:t>
            </w:r>
            <w:r w:rsidRPr="00065C5B">
              <w:rPr>
                <w:sz w:val="18"/>
                <w:szCs w:val="18"/>
              </w:rPr>
              <w:t xml:space="preserve"> - Feb </w:t>
            </w:r>
            <w:r w:rsidR="005E461B" w:rsidRPr="00065C5B">
              <w:rPr>
                <w:sz w:val="18"/>
                <w:szCs w:val="18"/>
              </w:rPr>
              <w:t>08</w:t>
            </w:r>
          </w:p>
        </w:tc>
        <w:tc>
          <w:tcPr>
            <w:tcW w:w="2029" w:type="dxa"/>
          </w:tcPr>
          <w:p w14:paraId="4109810A" w14:textId="07D341FF" w:rsidR="00B22162" w:rsidRPr="00065C5B" w:rsidRDefault="00A75D4F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 &amp; Neutral Defense</w:t>
            </w:r>
          </w:p>
        </w:tc>
        <w:tc>
          <w:tcPr>
            <w:tcW w:w="2029" w:type="dxa"/>
          </w:tcPr>
          <w:p w14:paraId="24A83832" w14:textId="14B1F26E" w:rsidR="00B22162" w:rsidRPr="00065C5B" w:rsidRDefault="00A75D4F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 &amp; Neutral Defense</w:t>
            </w:r>
          </w:p>
        </w:tc>
        <w:tc>
          <w:tcPr>
            <w:tcW w:w="2158" w:type="dxa"/>
          </w:tcPr>
          <w:p w14:paraId="6480AEA7" w14:textId="68DBE00F" w:rsidR="00B22162" w:rsidRPr="00065C5B" w:rsidRDefault="00A75D4F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Top &amp; Bottom</w:t>
            </w:r>
          </w:p>
        </w:tc>
        <w:tc>
          <w:tcPr>
            <w:tcW w:w="2029" w:type="dxa"/>
          </w:tcPr>
          <w:p w14:paraId="37B92A5D" w14:textId="4491B9D9" w:rsidR="00B22162" w:rsidRPr="00065C5B" w:rsidRDefault="005E7196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Collar Tie Mastery</w:t>
            </w:r>
          </w:p>
        </w:tc>
        <w:tc>
          <w:tcPr>
            <w:tcW w:w="2029" w:type="dxa"/>
          </w:tcPr>
          <w:p w14:paraId="559B08A0" w14:textId="535C5B5D" w:rsidR="00B22162" w:rsidRPr="00065C5B" w:rsidRDefault="005E7196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Light Play Wrestling</w:t>
            </w:r>
          </w:p>
        </w:tc>
        <w:tc>
          <w:tcPr>
            <w:tcW w:w="2029" w:type="dxa"/>
          </w:tcPr>
          <w:p w14:paraId="37A6CFF9" w14:textId="461708E5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Off</w:t>
            </w:r>
          </w:p>
        </w:tc>
      </w:tr>
      <w:tr w:rsidR="00B22162" w:rsidRPr="00065C5B" w14:paraId="4C40E716" w14:textId="77777777" w:rsidTr="00B22162">
        <w:trPr>
          <w:trHeight w:val="606"/>
        </w:trPr>
        <w:tc>
          <w:tcPr>
            <w:tcW w:w="2029" w:type="dxa"/>
          </w:tcPr>
          <w:p w14:paraId="343CED9E" w14:textId="458122C7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 xml:space="preserve">Feb </w:t>
            </w:r>
            <w:r w:rsidRPr="00065C5B">
              <w:rPr>
                <w:sz w:val="18"/>
                <w:szCs w:val="18"/>
              </w:rPr>
              <w:t>09</w:t>
            </w:r>
            <w:r w:rsidRPr="00065C5B">
              <w:rPr>
                <w:sz w:val="18"/>
                <w:szCs w:val="18"/>
              </w:rPr>
              <w:t xml:space="preserve"> - Feb </w:t>
            </w:r>
            <w:r w:rsidRPr="00065C5B">
              <w:rPr>
                <w:sz w:val="18"/>
                <w:szCs w:val="18"/>
              </w:rPr>
              <w:t>15</w:t>
            </w:r>
          </w:p>
        </w:tc>
        <w:tc>
          <w:tcPr>
            <w:tcW w:w="2029" w:type="dxa"/>
          </w:tcPr>
          <w:p w14:paraId="20748591" w14:textId="42D15AB4" w:rsidR="00B22162" w:rsidRPr="00065C5B" w:rsidRDefault="006122D5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 &amp; Neutral Defense</w:t>
            </w:r>
          </w:p>
        </w:tc>
        <w:tc>
          <w:tcPr>
            <w:tcW w:w="2029" w:type="dxa"/>
          </w:tcPr>
          <w:p w14:paraId="3134C3E0" w14:textId="5CA1051C" w:rsidR="00B22162" w:rsidRPr="00065C5B" w:rsidRDefault="006122D5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Top Wrestling</w:t>
            </w:r>
          </w:p>
        </w:tc>
        <w:tc>
          <w:tcPr>
            <w:tcW w:w="2158" w:type="dxa"/>
          </w:tcPr>
          <w:p w14:paraId="504B24B1" w14:textId="0CB04535" w:rsidR="00B22162" w:rsidRPr="00065C5B" w:rsidRDefault="006122D5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Bottom Wrestling</w:t>
            </w:r>
          </w:p>
        </w:tc>
        <w:tc>
          <w:tcPr>
            <w:tcW w:w="2029" w:type="dxa"/>
          </w:tcPr>
          <w:p w14:paraId="6DCB7C9B" w14:textId="30009E7F" w:rsidR="00B22162" w:rsidRPr="00065C5B" w:rsidRDefault="005E7196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 &amp; Neutral Defense</w:t>
            </w:r>
          </w:p>
        </w:tc>
        <w:tc>
          <w:tcPr>
            <w:tcW w:w="2029" w:type="dxa"/>
          </w:tcPr>
          <w:p w14:paraId="32782C23" w14:textId="3B5AEDCC" w:rsidR="00B22162" w:rsidRPr="00065C5B" w:rsidRDefault="005E7196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Light Play Wrestling</w:t>
            </w:r>
          </w:p>
        </w:tc>
        <w:tc>
          <w:tcPr>
            <w:tcW w:w="2029" w:type="dxa"/>
          </w:tcPr>
          <w:p w14:paraId="47420EDC" w14:textId="63AB4A75" w:rsidR="00B22162" w:rsidRPr="00065C5B" w:rsidRDefault="005E461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</w:tr>
      <w:tr w:rsidR="00B22162" w:rsidRPr="00065C5B" w14:paraId="0190D141" w14:textId="77777777" w:rsidTr="005E461B">
        <w:trPr>
          <w:trHeight w:val="422"/>
        </w:trPr>
        <w:tc>
          <w:tcPr>
            <w:tcW w:w="2029" w:type="dxa"/>
          </w:tcPr>
          <w:p w14:paraId="70EE16AC" w14:textId="45538B04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 xml:space="preserve">Feb </w:t>
            </w:r>
            <w:r w:rsidRPr="00065C5B">
              <w:rPr>
                <w:sz w:val="18"/>
                <w:szCs w:val="18"/>
              </w:rPr>
              <w:t>16</w:t>
            </w:r>
            <w:r w:rsidRPr="00065C5B">
              <w:rPr>
                <w:sz w:val="18"/>
                <w:szCs w:val="18"/>
              </w:rPr>
              <w:t xml:space="preserve"> - Feb </w:t>
            </w:r>
            <w:r w:rsidRPr="00065C5B">
              <w:rPr>
                <w:sz w:val="18"/>
                <w:szCs w:val="18"/>
              </w:rPr>
              <w:t>22</w:t>
            </w:r>
          </w:p>
        </w:tc>
        <w:tc>
          <w:tcPr>
            <w:tcW w:w="2029" w:type="dxa"/>
          </w:tcPr>
          <w:p w14:paraId="78E8C2F6" w14:textId="5E311E4E" w:rsidR="0060641A" w:rsidRPr="00065C5B" w:rsidRDefault="0060641A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Collar Tie Mastery</w:t>
            </w:r>
          </w:p>
        </w:tc>
        <w:tc>
          <w:tcPr>
            <w:tcW w:w="2029" w:type="dxa"/>
          </w:tcPr>
          <w:p w14:paraId="148C4896" w14:textId="42E8E028" w:rsidR="00B22162" w:rsidRPr="00065C5B" w:rsidRDefault="0010024D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Technical Takedown finishes</w:t>
            </w:r>
          </w:p>
        </w:tc>
        <w:tc>
          <w:tcPr>
            <w:tcW w:w="2158" w:type="dxa"/>
          </w:tcPr>
          <w:p w14:paraId="64C967A6" w14:textId="52300372" w:rsidR="00B22162" w:rsidRPr="00065C5B" w:rsidRDefault="0010024D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Top Wrestling</w:t>
            </w:r>
          </w:p>
        </w:tc>
        <w:tc>
          <w:tcPr>
            <w:tcW w:w="2029" w:type="dxa"/>
          </w:tcPr>
          <w:p w14:paraId="1D9A3E3F" w14:textId="17E6FE2C" w:rsidR="00B22162" w:rsidRPr="00065C5B" w:rsidRDefault="0010024D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Bottom Wrestling</w:t>
            </w:r>
          </w:p>
        </w:tc>
        <w:tc>
          <w:tcPr>
            <w:tcW w:w="2029" w:type="dxa"/>
          </w:tcPr>
          <w:p w14:paraId="4152C2CA" w14:textId="7CC3B40B" w:rsidR="00B22162" w:rsidRPr="00065C5B" w:rsidRDefault="0010024D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Light Play Wrestling</w:t>
            </w:r>
          </w:p>
        </w:tc>
        <w:tc>
          <w:tcPr>
            <w:tcW w:w="2029" w:type="dxa"/>
          </w:tcPr>
          <w:p w14:paraId="1F07994D" w14:textId="389C4CC9" w:rsidR="00B22162" w:rsidRPr="00065C5B" w:rsidRDefault="00BA508A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</w:tr>
      <w:tr w:rsidR="00B22162" w:rsidRPr="00065C5B" w14:paraId="12DD87E8" w14:textId="77777777" w:rsidTr="00B22162">
        <w:trPr>
          <w:trHeight w:val="550"/>
        </w:trPr>
        <w:tc>
          <w:tcPr>
            <w:tcW w:w="2029" w:type="dxa"/>
          </w:tcPr>
          <w:p w14:paraId="2BB85985" w14:textId="150AE0DB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Feb 2</w:t>
            </w:r>
            <w:r w:rsidRPr="00065C5B">
              <w:rPr>
                <w:sz w:val="18"/>
                <w:szCs w:val="18"/>
              </w:rPr>
              <w:t>2</w:t>
            </w:r>
            <w:r w:rsidRPr="00065C5B">
              <w:rPr>
                <w:sz w:val="18"/>
                <w:szCs w:val="18"/>
              </w:rPr>
              <w:t xml:space="preserve"> - Mar 0</w:t>
            </w:r>
            <w:r w:rsidRPr="00065C5B">
              <w:rPr>
                <w:sz w:val="18"/>
                <w:szCs w:val="18"/>
              </w:rPr>
              <w:t>1</w:t>
            </w:r>
          </w:p>
        </w:tc>
        <w:tc>
          <w:tcPr>
            <w:tcW w:w="2029" w:type="dxa"/>
          </w:tcPr>
          <w:p w14:paraId="5A4F11EB" w14:textId="3520202A" w:rsidR="00B22162" w:rsidRPr="00065C5B" w:rsidRDefault="00065C5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 Setups and Attacks</w:t>
            </w:r>
          </w:p>
        </w:tc>
        <w:tc>
          <w:tcPr>
            <w:tcW w:w="2029" w:type="dxa"/>
          </w:tcPr>
          <w:p w14:paraId="266F381B" w14:textId="374806C3" w:rsidR="00B22162" w:rsidRPr="00065C5B" w:rsidRDefault="005B1CB8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 &amp; Neutral Defense</w:t>
            </w:r>
          </w:p>
        </w:tc>
        <w:tc>
          <w:tcPr>
            <w:tcW w:w="2158" w:type="dxa"/>
          </w:tcPr>
          <w:p w14:paraId="13C829CB" w14:textId="405D65BF" w:rsidR="00B22162" w:rsidRPr="00065C5B" w:rsidRDefault="005B1CB8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Top W</w:t>
            </w:r>
            <w:r w:rsidR="00542B92" w:rsidRPr="00065C5B">
              <w:rPr>
                <w:sz w:val="18"/>
                <w:szCs w:val="18"/>
              </w:rPr>
              <w:t>restling</w:t>
            </w:r>
          </w:p>
        </w:tc>
        <w:tc>
          <w:tcPr>
            <w:tcW w:w="2029" w:type="dxa"/>
          </w:tcPr>
          <w:p w14:paraId="00F81D41" w14:textId="62E9F866" w:rsidR="00B22162" w:rsidRPr="00065C5B" w:rsidRDefault="005B1CB8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</w:t>
            </w:r>
          </w:p>
        </w:tc>
        <w:tc>
          <w:tcPr>
            <w:tcW w:w="2029" w:type="dxa"/>
          </w:tcPr>
          <w:p w14:paraId="4986E52F" w14:textId="5FEF269E" w:rsidR="00B22162" w:rsidRPr="00065C5B" w:rsidRDefault="0010024D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Light Play Wrestling</w:t>
            </w:r>
          </w:p>
        </w:tc>
        <w:tc>
          <w:tcPr>
            <w:tcW w:w="2029" w:type="dxa"/>
          </w:tcPr>
          <w:p w14:paraId="57131A1C" w14:textId="6959F485" w:rsidR="00B22162" w:rsidRPr="00065C5B" w:rsidRDefault="00BA508A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</w:tr>
      <w:tr w:rsidR="00B22162" w:rsidRPr="00065C5B" w14:paraId="70EA6038" w14:textId="77777777" w:rsidTr="00065C5B">
        <w:trPr>
          <w:trHeight w:val="710"/>
        </w:trPr>
        <w:tc>
          <w:tcPr>
            <w:tcW w:w="2029" w:type="dxa"/>
          </w:tcPr>
          <w:p w14:paraId="2F519D14" w14:textId="35BE7309" w:rsidR="00B22162" w:rsidRPr="00065C5B" w:rsidRDefault="00B2216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Mar 2 – Mar 0</w:t>
            </w:r>
            <w:r w:rsidR="005E461B" w:rsidRPr="00065C5B">
              <w:rPr>
                <w:sz w:val="18"/>
                <w:szCs w:val="18"/>
              </w:rPr>
              <w:t>8</w:t>
            </w:r>
          </w:p>
        </w:tc>
        <w:tc>
          <w:tcPr>
            <w:tcW w:w="2029" w:type="dxa"/>
          </w:tcPr>
          <w:p w14:paraId="6903E7DE" w14:textId="44EB580A" w:rsidR="00B22162" w:rsidRPr="00065C5B" w:rsidRDefault="00542B9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 &amp; Neutral Defense</w:t>
            </w:r>
          </w:p>
        </w:tc>
        <w:tc>
          <w:tcPr>
            <w:tcW w:w="2029" w:type="dxa"/>
          </w:tcPr>
          <w:p w14:paraId="55E31F84" w14:textId="06AEEE19" w:rsidR="00B22162" w:rsidRPr="00065C5B" w:rsidRDefault="000B61F6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Top &amp; Bottom</w:t>
            </w:r>
          </w:p>
        </w:tc>
        <w:tc>
          <w:tcPr>
            <w:tcW w:w="2158" w:type="dxa"/>
          </w:tcPr>
          <w:p w14:paraId="1257100E" w14:textId="77777777" w:rsidR="00B22162" w:rsidRPr="00065C5B" w:rsidRDefault="00065C5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Neutral Offense</w:t>
            </w:r>
          </w:p>
          <w:p w14:paraId="053CEC10" w14:textId="187596F3" w:rsidR="00065C5B" w:rsidRPr="00065C5B" w:rsidRDefault="00065C5B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Setups and Attacks</w:t>
            </w:r>
          </w:p>
        </w:tc>
        <w:tc>
          <w:tcPr>
            <w:tcW w:w="2029" w:type="dxa"/>
          </w:tcPr>
          <w:p w14:paraId="0D38E4E0" w14:textId="3B9E5386" w:rsidR="00B22162" w:rsidRPr="00065C5B" w:rsidRDefault="00542B92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Light Play Wrestling</w:t>
            </w:r>
          </w:p>
        </w:tc>
        <w:tc>
          <w:tcPr>
            <w:tcW w:w="2029" w:type="dxa"/>
          </w:tcPr>
          <w:p w14:paraId="5AB12EA7" w14:textId="57D6635F" w:rsidR="00B22162" w:rsidRPr="00065C5B" w:rsidRDefault="00BA508A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  <w:tc>
          <w:tcPr>
            <w:tcW w:w="2029" w:type="dxa"/>
          </w:tcPr>
          <w:p w14:paraId="5A57AF3B" w14:textId="7F3A8BCA" w:rsidR="00B22162" w:rsidRPr="00065C5B" w:rsidRDefault="00BA508A" w:rsidP="00065C5B">
            <w:pPr>
              <w:jc w:val="center"/>
              <w:rPr>
                <w:sz w:val="18"/>
                <w:szCs w:val="18"/>
              </w:rPr>
            </w:pPr>
            <w:r w:rsidRPr="00065C5B">
              <w:rPr>
                <w:sz w:val="18"/>
                <w:szCs w:val="18"/>
              </w:rPr>
              <w:t>Competition</w:t>
            </w:r>
          </w:p>
        </w:tc>
      </w:tr>
    </w:tbl>
    <w:p w14:paraId="45987802" w14:textId="77777777" w:rsidR="00085CC5" w:rsidRPr="00065C5B" w:rsidRDefault="00085CC5" w:rsidP="005E461B">
      <w:pPr>
        <w:rPr>
          <w:sz w:val="18"/>
          <w:szCs w:val="18"/>
        </w:rPr>
      </w:pPr>
    </w:p>
    <w:sectPr w:rsidR="00085CC5" w:rsidRPr="00065C5B" w:rsidSect="00B22162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8512540">
    <w:abstractNumId w:val="8"/>
  </w:num>
  <w:num w:numId="2" w16cid:durableId="930235127">
    <w:abstractNumId w:val="6"/>
  </w:num>
  <w:num w:numId="3" w16cid:durableId="1219904046">
    <w:abstractNumId w:val="5"/>
  </w:num>
  <w:num w:numId="4" w16cid:durableId="2103911049">
    <w:abstractNumId w:val="4"/>
  </w:num>
  <w:num w:numId="5" w16cid:durableId="1279753611">
    <w:abstractNumId w:val="7"/>
  </w:num>
  <w:num w:numId="6" w16cid:durableId="573702626">
    <w:abstractNumId w:val="3"/>
  </w:num>
  <w:num w:numId="7" w16cid:durableId="2106073164">
    <w:abstractNumId w:val="2"/>
  </w:num>
  <w:num w:numId="8" w16cid:durableId="123894102">
    <w:abstractNumId w:val="1"/>
  </w:num>
  <w:num w:numId="9" w16cid:durableId="134106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FDE"/>
    <w:rsid w:val="00034616"/>
    <w:rsid w:val="0006063C"/>
    <w:rsid w:val="00065C5B"/>
    <w:rsid w:val="00085CC5"/>
    <w:rsid w:val="000B61F6"/>
    <w:rsid w:val="000F7962"/>
    <w:rsid w:val="0010024D"/>
    <w:rsid w:val="0015074B"/>
    <w:rsid w:val="00295704"/>
    <w:rsid w:val="0029639D"/>
    <w:rsid w:val="00323503"/>
    <w:rsid w:val="00326F90"/>
    <w:rsid w:val="004612EF"/>
    <w:rsid w:val="00537FE9"/>
    <w:rsid w:val="00542B92"/>
    <w:rsid w:val="0056310B"/>
    <w:rsid w:val="005843C8"/>
    <w:rsid w:val="005B1CB8"/>
    <w:rsid w:val="005C3C39"/>
    <w:rsid w:val="005D1218"/>
    <w:rsid w:val="005E461B"/>
    <w:rsid w:val="005E7196"/>
    <w:rsid w:val="0060641A"/>
    <w:rsid w:val="006122D5"/>
    <w:rsid w:val="0080769A"/>
    <w:rsid w:val="00865228"/>
    <w:rsid w:val="00895A45"/>
    <w:rsid w:val="00991734"/>
    <w:rsid w:val="00993740"/>
    <w:rsid w:val="00A03668"/>
    <w:rsid w:val="00A71F41"/>
    <w:rsid w:val="00A75D4F"/>
    <w:rsid w:val="00AA1D8D"/>
    <w:rsid w:val="00B128D5"/>
    <w:rsid w:val="00B22162"/>
    <w:rsid w:val="00B47730"/>
    <w:rsid w:val="00B709F2"/>
    <w:rsid w:val="00B745B3"/>
    <w:rsid w:val="00B96C25"/>
    <w:rsid w:val="00BA508A"/>
    <w:rsid w:val="00BC1348"/>
    <w:rsid w:val="00CB0664"/>
    <w:rsid w:val="00CB21A9"/>
    <w:rsid w:val="00CC1727"/>
    <w:rsid w:val="00D568D8"/>
    <w:rsid w:val="00DB281B"/>
    <w:rsid w:val="00DF0E69"/>
    <w:rsid w:val="00E108E6"/>
    <w:rsid w:val="00EA309D"/>
    <w:rsid w:val="00F449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A6B526"/>
  <w14:defaultImageDpi w14:val="300"/>
  <w15:docId w15:val="{085CCA31-385E-42B8-A65A-F0ADAEB89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602</Words>
  <Characters>1665</Characters>
  <Application>Microsoft Office Word</Application>
  <DocSecurity>0</DocSecurity>
  <Lines>832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Dalton Nicely</cp:lastModifiedBy>
  <cp:revision>40</cp:revision>
  <dcterms:created xsi:type="dcterms:W3CDTF">2025-11-05T18:13:00Z</dcterms:created>
  <dcterms:modified xsi:type="dcterms:W3CDTF">2025-11-05T18:43:00Z</dcterms:modified>
  <cp:category/>
</cp:coreProperties>
</file>